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F9C4B" w14:textId="77777777" w:rsidR="00AF3410" w:rsidRDefault="00000000">
      <w:pPr>
        <w:spacing w:after="40"/>
        <w:jc w:val="center"/>
      </w:pPr>
      <w:r>
        <w:rPr>
          <w:rFonts w:ascii="Aptos Display" w:hAnsi="Aptos Display"/>
          <w:b/>
          <w:color w:val="B28A2E"/>
          <w:sz w:val="50"/>
        </w:rPr>
        <w:t>DOROTHY MOORE</w:t>
      </w:r>
    </w:p>
    <w:p w14:paraId="232BDA77" w14:textId="77777777" w:rsidR="00AF3410" w:rsidRDefault="00000000">
      <w:pPr>
        <w:spacing w:after="60"/>
        <w:jc w:val="center"/>
      </w:pPr>
      <w:r>
        <w:rPr>
          <w:rFonts w:ascii="Aptos Display" w:hAnsi="Aptos Display"/>
          <w:b/>
          <w:sz w:val="40"/>
        </w:rPr>
        <w:t>DIAMOND &amp; GOLD</w:t>
      </w:r>
    </w:p>
    <w:p w14:paraId="6468CC50" w14:textId="77777777" w:rsidR="00AF3410" w:rsidRDefault="00000000">
      <w:pPr>
        <w:pBdr>
          <w:bottom w:val="single" w:sz="10" w:space="5" w:color="8CC7D8"/>
        </w:pBdr>
        <w:spacing w:after="160"/>
        <w:jc w:val="center"/>
      </w:pPr>
      <w:r>
        <w:rPr>
          <w:b/>
          <w:color w:val="555555"/>
          <w:sz w:val="22"/>
        </w:rPr>
        <w:t>CORPORATE SPONSORSHIP OPPORTUNITIES</w:t>
      </w:r>
    </w:p>
    <w:p w14:paraId="23730509" w14:textId="77777777" w:rsidR="00AF3410" w:rsidRDefault="00000000">
      <w:pPr>
        <w:spacing w:before="120" w:after="40"/>
        <w:jc w:val="center"/>
      </w:pPr>
      <w:r>
        <w:rPr>
          <w:b/>
          <w:sz w:val="22"/>
        </w:rPr>
        <w:t>Thursday, October 22, 2026  |  7:00 PM</w:t>
      </w:r>
    </w:p>
    <w:p w14:paraId="0E94FA4C" w14:textId="77777777" w:rsidR="00AF3410" w:rsidRDefault="00000000">
      <w:pPr>
        <w:spacing w:after="180"/>
        <w:jc w:val="center"/>
      </w:pPr>
      <w:r>
        <w:t>Robinson Center Performance Hall  |  Little Rock, Arkansas</w:t>
      </w:r>
    </w:p>
    <w:tbl>
      <w:tblPr>
        <w:tblW w:w="10080" w:type="dxa"/>
        <w:jc w:val="center"/>
        <w:tblLayout w:type="fixed"/>
        <w:tblLook w:val="04A0" w:firstRow="1" w:lastRow="0" w:firstColumn="1" w:lastColumn="0" w:noHBand="0" w:noVBand="1"/>
      </w:tblPr>
      <w:tblGrid>
        <w:gridCol w:w="10080"/>
      </w:tblGrid>
      <w:tr w:rsidR="00AF3410" w14:paraId="0D532597" w14:textId="77777777">
        <w:trPr>
          <w:jc w:val="center"/>
        </w:trPr>
        <w:tc>
          <w:tcPr>
            <w:tcW w:w="10080" w:type="dxa"/>
            <w:shd w:val="clear" w:color="auto" w:fill="F7F2E7"/>
            <w:tcMar>
              <w:top w:w="150" w:type="dxa"/>
              <w:left w:w="180" w:type="dxa"/>
              <w:bottom w:w="150" w:type="dxa"/>
              <w:right w:w="180" w:type="dxa"/>
            </w:tcMar>
          </w:tcPr>
          <w:p w14:paraId="0452E8CA" w14:textId="77777777" w:rsidR="00AF3410" w:rsidRDefault="00000000">
            <w:pPr>
              <w:spacing w:after="60"/>
              <w:jc w:val="center"/>
            </w:pPr>
            <w:r>
              <w:rPr>
                <w:b/>
                <w:color w:val="B28A2E"/>
                <w:sz w:val="24"/>
              </w:rPr>
              <w:t>ONE LEGENDARY VOICE. TWO HISTORIC MILESTONES.</w:t>
            </w:r>
          </w:p>
          <w:p w14:paraId="7BB9432E" w14:textId="77777777" w:rsidR="00AF3410" w:rsidRDefault="00000000">
            <w:pPr>
              <w:spacing w:after="0"/>
              <w:jc w:val="center"/>
            </w:pPr>
            <w:r>
              <w:t>An unforgettable celebration of Dorothy Moore’s 80th birthday and the 50th anniversary of her iconic hit, “Misty Blue.”</w:t>
            </w:r>
          </w:p>
        </w:tc>
      </w:tr>
    </w:tbl>
    <w:p w14:paraId="49D5B84B" w14:textId="77777777" w:rsidR="00AF3410" w:rsidRDefault="00000000">
      <w:pPr>
        <w:pStyle w:val="Heading1"/>
      </w:pPr>
      <w:r>
        <w:t>An Invitation to Partner</w:t>
      </w:r>
    </w:p>
    <w:p w14:paraId="270BF60E" w14:textId="77777777" w:rsidR="00AF3410" w:rsidRDefault="00000000">
      <w:r>
        <w:rPr>
          <w:sz w:val="22"/>
        </w:rPr>
        <w:t>JBM Entertainment Productions LLC invites your company to join this landmark celebration as a corporate sponsor. Your sponsorship combines meaningful community visibility with reserved concert seating for employees, clients, customers, or guests.</w:t>
      </w:r>
    </w:p>
    <w:p w14:paraId="10EB44A4" w14:textId="323E2E6A" w:rsidR="00AF3410" w:rsidRDefault="00000000">
      <w:r>
        <w:rPr>
          <w:sz w:val="22"/>
        </w:rPr>
        <w:t xml:space="preserve">The evening will feature Dorothy Moore, </w:t>
      </w:r>
      <w:r w:rsidR="004765AF">
        <w:rPr>
          <w:sz w:val="22"/>
        </w:rPr>
        <w:t xml:space="preserve">and Little Rock natives </w:t>
      </w:r>
      <w:proofErr w:type="spellStart"/>
      <w:r>
        <w:rPr>
          <w:sz w:val="22"/>
        </w:rPr>
        <w:t>M’Eubie</w:t>
      </w:r>
      <w:proofErr w:type="spellEnd"/>
      <w:r w:rsidR="004765AF">
        <w:rPr>
          <w:sz w:val="22"/>
        </w:rPr>
        <w:t xml:space="preserve"> (Michael Eubanks)</w:t>
      </w:r>
      <w:r>
        <w:rPr>
          <w:sz w:val="22"/>
        </w:rPr>
        <w:t>, and vocalist Nia Renee at one of Arkansas’s premier performance venues.</w:t>
      </w:r>
      <w:r w:rsidR="004765AF">
        <w:rPr>
          <w:sz w:val="22"/>
        </w:rPr>
        <w:t xml:space="preserve"> </w:t>
      </w:r>
    </w:p>
    <w:p w14:paraId="2CB4FAFB" w14:textId="77777777" w:rsidR="00AF3410" w:rsidRDefault="00000000">
      <w:pPr>
        <w:pStyle w:val="Heading1"/>
      </w:pPr>
      <w:r>
        <w:t>Our Attendance Goal</w:t>
      </w:r>
    </w:p>
    <w:p w14:paraId="360D39E3" w14:textId="36EA2B0F" w:rsidR="00AF3410" w:rsidRDefault="00000000">
      <w:r>
        <w:rPr>
          <w:sz w:val="22"/>
        </w:rPr>
        <w:t>JBM has reserved the orchestra level for this celebration</w:t>
      </w:r>
      <w:r w:rsidR="004765AF">
        <w:rPr>
          <w:sz w:val="22"/>
        </w:rPr>
        <w:t xml:space="preserve"> with</w:t>
      </w:r>
      <w:r>
        <w:rPr>
          <w:sz w:val="22"/>
        </w:rPr>
        <w:t>1,000 seats available for public sales and sponsorship commitments.</w:t>
      </w:r>
    </w:p>
    <w:p w14:paraId="347296FA" w14:textId="264AFAC5" w:rsidR="00AF3410" w:rsidRDefault="00000000">
      <w:pPr>
        <w:spacing w:after="80"/>
      </w:pPr>
      <w:r>
        <w:rPr>
          <w:sz w:val="22"/>
        </w:rPr>
        <w:t xml:space="preserve">Our goal is to place </w:t>
      </w:r>
      <w:r w:rsidR="004765AF">
        <w:rPr>
          <w:sz w:val="22"/>
        </w:rPr>
        <w:t xml:space="preserve">between </w:t>
      </w:r>
      <w:r>
        <w:rPr>
          <w:sz w:val="22"/>
        </w:rPr>
        <w:t>800 to 1,000 of those public seats</w:t>
      </w:r>
      <w:r w:rsidR="004765AF">
        <w:rPr>
          <w:sz w:val="22"/>
        </w:rPr>
        <w:t xml:space="preserve">. </w:t>
      </w:r>
      <w:r>
        <w:rPr>
          <w:sz w:val="22"/>
        </w:rPr>
        <w:t>Corporate sponsorships directly help us reach that goal while placing companies in front of a multigenerational audience.</w:t>
      </w:r>
    </w:p>
    <w:p w14:paraId="2B16C2AC" w14:textId="77777777" w:rsidR="00AF3410" w:rsidRDefault="00000000">
      <w:pPr>
        <w:pStyle w:val="Heading1"/>
      </w:pPr>
      <w:r>
        <w:t>Every Sponsorship Includes</w:t>
      </w:r>
    </w:p>
    <w:p w14:paraId="23370FC3" w14:textId="77777777" w:rsidR="00AF3410" w:rsidRDefault="00000000">
      <w:pPr>
        <w:pStyle w:val="ListBullet"/>
        <w:spacing w:after="60"/>
      </w:pPr>
      <w:r>
        <w:rPr>
          <w:sz w:val="22"/>
        </w:rPr>
        <w:t>Reserved orchestra-level seating from the 1,000-seat public inventory, subject to availability</w:t>
      </w:r>
    </w:p>
    <w:p w14:paraId="12646610" w14:textId="77777777" w:rsidR="00AF3410" w:rsidRDefault="00000000">
      <w:pPr>
        <w:pStyle w:val="ListBullet"/>
        <w:spacing w:after="60"/>
      </w:pPr>
      <w:r>
        <w:rPr>
          <w:sz w:val="22"/>
        </w:rPr>
        <w:t>Company-name acknowledgment in the printed concert program</w:t>
      </w:r>
    </w:p>
    <w:p w14:paraId="30AC2C76" w14:textId="77777777" w:rsidR="00AF3410" w:rsidRDefault="00000000">
      <w:pPr>
        <w:pStyle w:val="ListBullet"/>
        <w:spacing w:after="60"/>
      </w:pPr>
      <w:r>
        <w:rPr>
          <w:sz w:val="22"/>
        </w:rPr>
        <w:t>Company-name acknowledgment on applicable sponsor advertising produced after the sponsorship is confirmed</w:t>
      </w:r>
    </w:p>
    <w:p w14:paraId="58326AA1" w14:textId="77777777" w:rsidR="00AF3410" w:rsidRDefault="00000000">
      <w:pPr>
        <w:pStyle w:val="ListBullet"/>
        <w:spacing w:after="60"/>
      </w:pPr>
      <w:r>
        <w:rPr>
          <w:sz w:val="22"/>
        </w:rPr>
        <w:t>Recognition in a sponsor thank-you post on the event’s social media channels</w:t>
      </w:r>
    </w:p>
    <w:p w14:paraId="2131926F" w14:textId="77777777" w:rsidR="00AF3410" w:rsidRDefault="00000000">
      <w:pPr>
        <w:pStyle w:val="ListBullet"/>
        <w:spacing w:after="60"/>
      </w:pPr>
      <w:r>
        <w:rPr>
          <w:sz w:val="22"/>
        </w:rPr>
        <w:t>Opportunity to use the sponsorship to host clients, reward employees, or provide seats to a community group</w:t>
      </w:r>
    </w:p>
    <w:p w14:paraId="05CB6E0A" w14:textId="77777777" w:rsidR="00AF3410" w:rsidRDefault="00000000">
      <w:r>
        <w:br w:type="page"/>
      </w:r>
    </w:p>
    <w:p w14:paraId="68493492" w14:textId="77777777" w:rsidR="00AF3410" w:rsidRDefault="00000000">
      <w:pPr>
        <w:spacing w:after="40"/>
        <w:jc w:val="center"/>
      </w:pPr>
      <w:r>
        <w:rPr>
          <w:rFonts w:ascii="Aptos Display" w:hAnsi="Aptos Display"/>
          <w:b/>
          <w:color w:val="B28A2E"/>
          <w:sz w:val="44"/>
        </w:rPr>
        <w:lastRenderedPageBreak/>
        <w:t>SPONSORSHIP LEVELS</w:t>
      </w:r>
    </w:p>
    <w:p w14:paraId="5B72B50E" w14:textId="77777777" w:rsidR="00AF3410" w:rsidRDefault="00000000">
      <w:pPr>
        <w:spacing w:after="240"/>
        <w:jc w:val="center"/>
      </w:pPr>
      <w:r>
        <w:rPr>
          <w:color w:val="555555"/>
        </w:rPr>
        <w:t>Choose the level that best matches your company’s hospitality and visibility goals.</w:t>
      </w:r>
    </w:p>
    <w:tbl>
      <w:tblPr>
        <w:tblW w:w="10080" w:type="dxa"/>
        <w:jc w:val="center"/>
        <w:tblLayout w:type="fixed"/>
        <w:tblLook w:val="04A0" w:firstRow="1" w:lastRow="0" w:firstColumn="1" w:lastColumn="0" w:noHBand="0" w:noVBand="1"/>
      </w:tblPr>
      <w:tblGrid>
        <w:gridCol w:w="6750"/>
        <w:gridCol w:w="3330"/>
      </w:tblGrid>
      <w:tr w:rsidR="00AF3410" w14:paraId="7A76EC15" w14:textId="77777777">
        <w:trPr>
          <w:jc w:val="center"/>
        </w:trPr>
        <w:tc>
          <w:tcPr>
            <w:tcW w:w="6750" w:type="dxa"/>
            <w:shd w:val="clear" w:color="auto" w:fill="F7F2E7"/>
            <w:tcMar>
              <w:top w:w="140" w:type="dxa"/>
              <w:left w:w="160" w:type="dxa"/>
              <w:bottom w:w="130" w:type="dxa"/>
              <w:right w:w="160" w:type="dxa"/>
            </w:tcMar>
            <w:vAlign w:val="center"/>
          </w:tcPr>
          <w:p w14:paraId="5A98C921" w14:textId="77777777" w:rsidR="00AF3410" w:rsidRDefault="00000000">
            <w:pPr>
              <w:spacing w:after="100"/>
            </w:pPr>
            <w:r>
              <w:rPr>
                <w:b/>
                <w:color w:val="B28A2E"/>
                <w:sz w:val="24"/>
              </w:rPr>
              <w:t>DIAMOND PRESENTING SPONSOR</w:t>
            </w:r>
          </w:p>
          <w:p w14:paraId="3268D82C" w14:textId="77777777" w:rsidR="00AF3410" w:rsidRDefault="00000000">
            <w:pPr>
              <w:pStyle w:val="ListBullet"/>
              <w:spacing w:after="40" w:line="240" w:lineRule="auto"/>
            </w:pPr>
            <w:r>
              <w:rPr>
                <w:sz w:val="18"/>
              </w:rPr>
              <w:t>Top-tier company-name or logo placement on applicable sponsor advertising produced after confirmation</w:t>
            </w:r>
          </w:p>
          <w:p w14:paraId="7B39DA03" w14:textId="77777777" w:rsidR="00AF3410" w:rsidRDefault="00000000">
            <w:pPr>
              <w:pStyle w:val="ListBullet"/>
              <w:spacing w:after="40" w:line="240" w:lineRule="auto"/>
            </w:pPr>
            <w:r>
              <w:rPr>
                <w:sz w:val="18"/>
              </w:rPr>
              <w:t>Full-page color advertisement in the printed concert program</w:t>
            </w:r>
          </w:p>
          <w:p w14:paraId="756D909C" w14:textId="77777777" w:rsidR="00AF3410" w:rsidRDefault="00000000">
            <w:pPr>
              <w:pStyle w:val="ListBullet"/>
              <w:spacing w:after="40" w:line="240" w:lineRule="auto"/>
            </w:pPr>
            <w:r>
              <w:rPr>
                <w:sz w:val="18"/>
              </w:rPr>
              <w:t>Prominent company-name or logo placement on the program sponsor page</w:t>
            </w:r>
          </w:p>
          <w:p w14:paraId="0751A3B1" w14:textId="77777777" w:rsidR="00AF3410" w:rsidRDefault="00000000">
            <w:pPr>
              <w:pStyle w:val="ListBullet"/>
              <w:spacing w:after="40" w:line="240" w:lineRule="auto"/>
            </w:pPr>
            <w:r>
              <w:rPr>
                <w:sz w:val="18"/>
              </w:rPr>
              <w:t>Verbal acknowledgment from the stage</w:t>
            </w:r>
          </w:p>
          <w:p w14:paraId="620169E2" w14:textId="77777777" w:rsidR="00AF3410" w:rsidRDefault="00000000">
            <w:pPr>
              <w:pStyle w:val="ListBullet"/>
              <w:spacing w:after="40" w:line="240" w:lineRule="auto"/>
            </w:pPr>
            <w:r>
              <w:rPr>
                <w:sz w:val="18"/>
              </w:rPr>
              <w:t>Dedicated sponsor thank-you social media post</w:t>
            </w:r>
          </w:p>
          <w:p w14:paraId="6B47DFDC" w14:textId="77777777" w:rsidR="00AF3410" w:rsidRDefault="00000000">
            <w:pPr>
              <w:pStyle w:val="ListBullet"/>
              <w:spacing w:after="40" w:line="240" w:lineRule="auto"/>
            </w:pPr>
            <w:r>
              <w:rPr>
                <w:sz w:val="18"/>
              </w:rPr>
              <w:t>Option to reserve up to 10 of the included seats for a community group</w:t>
            </w:r>
          </w:p>
        </w:tc>
        <w:tc>
          <w:tcPr>
            <w:tcW w:w="3330" w:type="dxa"/>
            <w:shd w:val="clear" w:color="auto" w:fill="B28A2E"/>
            <w:tcMar>
              <w:top w:w="140" w:type="dxa"/>
              <w:left w:w="160" w:type="dxa"/>
              <w:bottom w:w="130" w:type="dxa"/>
              <w:right w:w="160" w:type="dxa"/>
            </w:tcMar>
            <w:vAlign w:val="center"/>
          </w:tcPr>
          <w:p w14:paraId="3F63F62E" w14:textId="77777777" w:rsidR="00AF3410" w:rsidRDefault="00000000">
            <w:pPr>
              <w:spacing w:after="60"/>
              <w:jc w:val="center"/>
            </w:pPr>
            <w:r>
              <w:rPr>
                <w:rFonts w:ascii="Aptos Display" w:hAnsi="Aptos Display"/>
                <w:b/>
                <w:color w:val="FFFFFF"/>
                <w:sz w:val="36"/>
              </w:rPr>
              <w:t>$5,000</w:t>
            </w:r>
          </w:p>
          <w:p w14:paraId="78E814E7" w14:textId="77777777" w:rsidR="00AF3410" w:rsidRDefault="00000000">
            <w:pPr>
              <w:spacing w:after="0"/>
              <w:jc w:val="center"/>
            </w:pPr>
            <w:r>
              <w:rPr>
                <w:b/>
                <w:color w:val="FFFFFF"/>
                <w:sz w:val="20"/>
              </w:rPr>
              <w:t>50 reserved seats</w:t>
            </w:r>
          </w:p>
        </w:tc>
      </w:tr>
    </w:tbl>
    <w:p w14:paraId="3F4BDFBC" w14:textId="77777777" w:rsidR="00AF3410" w:rsidRDefault="00AF3410">
      <w:pPr>
        <w:spacing w:after="40"/>
      </w:pPr>
    </w:p>
    <w:tbl>
      <w:tblPr>
        <w:tblW w:w="10080" w:type="dxa"/>
        <w:jc w:val="center"/>
        <w:tblLayout w:type="fixed"/>
        <w:tblLook w:val="04A0" w:firstRow="1" w:lastRow="0" w:firstColumn="1" w:lastColumn="0" w:noHBand="0" w:noVBand="1"/>
      </w:tblPr>
      <w:tblGrid>
        <w:gridCol w:w="6750"/>
        <w:gridCol w:w="3330"/>
      </w:tblGrid>
      <w:tr w:rsidR="00AF3410" w14:paraId="517B9A2A" w14:textId="77777777">
        <w:trPr>
          <w:jc w:val="center"/>
        </w:trPr>
        <w:tc>
          <w:tcPr>
            <w:tcW w:w="6750" w:type="dxa"/>
            <w:shd w:val="clear" w:color="auto" w:fill="F2F2F2"/>
            <w:tcMar>
              <w:top w:w="140" w:type="dxa"/>
              <w:left w:w="160" w:type="dxa"/>
              <w:bottom w:w="130" w:type="dxa"/>
              <w:right w:w="160" w:type="dxa"/>
            </w:tcMar>
            <w:vAlign w:val="center"/>
          </w:tcPr>
          <w:p w14:paraId="5CD2FDBF" w14:textId="77777777" w:rsidR="00AF3410" w:rsidRDefault="00000000">
            <w:pPr>
              <w:spacing w:after="100"/>
            </w:pPr>
            <w:r>
              <w:rPr>
                <w:b/>
                <w:color w:val="B28A2E"/>
                <w:sz w:val="24"/>
              </w:rPr>
              <w:t>GOLD SPONSOR</w:t>
            </w:r>
          </w:p>
          <w:p w14:paraId="255D690C" w14:textId="77777777" w:rsidR="00AF3410" w:rsidRDefault="00000000">
            <w:pPr>
              <w:pStyle w:val="ListBullet"/>
              <w:spacing w:after="40" w:line="240" w:lineRule="auto"/>
            </w:pPr>
            <w:r>
              <w:rPr>
                <w:sz w:val="18"/>
              </w:rPr>
              <w:t>Prominent company-name or logo placement on applicable sponsor advertising produced after confirmation</w:t>
            </w:r>
          </w:p>
          <w:p w14:paraId="0B93B0FA" w14:textId="77777777" w:rsidR="00AF3410" w:rsidRDefault="00000000">
            <w:pPr>
              <w:pStyle w:val="ListBullet"/>
              <w:spacing w:after="40" w:line="240" w:lineRule="auto"/>
            </w:pPr>
            <w:r>
              <w:rPr>
                <w:sz w:val="18"/>
              </w:rPr>
              <w:t>Half-page color advertisement in the printed concert program</w:t>
            </w:r>
          </w:p>
          <w:p w14:paraId="3BF92277" w14:textId="77777777" w:rsidR="00AF3410" w:rsidRDefault="00000000">
            <w:pPr>
              <w:pStyle w:val="ListBullet"/>
              <w:spacing w:after="40" w:line="240" w:lineRule="auto"/>
            </w:pPr>
            <w:r>
              <w:rPr>
                <w:sz w:val="18"/>
              </w:rPr>
              <w:t>Company-name or logo placement on the program sponsor page</w:t>
            </w:r>
          </w:p>
          <w:p w14:paraId="5FABF92F" w14:textId="77777777" w:rsidR="00AF3410" w:rsidRDefault="00000000">
            <w:pPr>
              <w:pStyle w:val="ListBullet"/>
              <w:spacing w:after="40" w:line="240" w:lineRule="auto"/>
            </w:pPr>
            <w:r>
              <w:rPr>
                <w:sz w:val="18"/>
              </w:rPr>
              <w:t>Verbal acknowledgment from the stage</w:t>
            </w:r>
          </w:p>
          <w:p w14:paraId="638364A0" w14:textId="77777777" w:rsidR="00AF3410" w:rsidRDefault="00000000">
            <w:pPr>
              <w:pStyle w:val="ListBullet"/>
              <w:spacing w:after="40" w:line="240" w:lineRule="auto"/>
            </w:pPr>
            <w:r>
              <w:rPr>
                <w:sz w:val="18"/>
              </w:rPr>
              <w:t>Sponsor thank-you social media recognition</w:t>
            </w:r>
          </w:p>
        </w:tc>
        <w:tc>
          <w:tcPr>
            <w:tcW w:w="3330" w:type="dxa"/>
            <w:shd w:val="clear" w:color="auto" w:fill="B28A2E"/>
            <w:tcMar>
              <w:top w:w="140" w:type="dxa"/>
              <w:left w:w="160" w:type="dxa"/>
              <w:bottom w:w="130" w:type="dxa"/>
              <w:right w:w="160" w:type="dxa"/>
            </w:tcMar>
            <w:vAlign w:val="center"/>
          </w:tcPr>
          <w:p w14:paraId="42B84530" w14:textId="77777777" w:rsidR="00AF3410" w:rsidRDefault="00000000">
            <w:pPr>
              <w:spacing w:after="60"/>
              <w:jc w:val="center"/>
            </w:pPr>
            <w:r>
              <w:rPr>
                <w:rFonts w:ascii="Aptos Display" w:hAnsi="Aptos Display"/>
                <w:b/>
                <w:color w:val="FFFFFF"/>
                <w:sz w:val="36"/>
              </w:rPr>
              <w:t>$2,500</w:t>
            </w:r>
          </w:p>
          <w:p w14:paraId="32430DF7" w14:textId="77777777" w:rsidR="00AF3410" w:rsidRDefault="00000000">
            <w:pPr>
              <w:spacing w:after="0"/>
              <w:jc w:val="center"/>
            </w:pPr>
            <w:r>
              <w:rPr>
                <w:b/>
                <w:color w:val="FFFFFF"/>
                <w:sz w:val="20"/>
              </w:rPr>
              <w:t>25 reserved seats</w:t>
            </w:r>
          </w:p>
        </w:tc>
      </w:tr>
    </w:tbl>
    <w:p w14:paraId="0DD62A82" w14:textId="77777777" w:rsidR="00AF3410" w:rsidRDefault="00AF3410">
      <w:pPr>
        <w:spacing w:after="40"/>
      </w:pPr>
    </w:p>
    <w:tbl>
      <w:tblPr>
        <w:tblW w:w="10080" w:type="dxa"/>
        <w:jc w:val="center"/>
        <w:tblLayout w:type="fixed"/>
        <w:tblLook w:val="04A0" w:firstRow="1" w:lastRow="0" w:firstColumn="1" w:lastColumn="0" w:noHBand="0" w:noVBand="1"/>
      </w:tblPr>
      <w:tblGrid>
        <w:gridCol w:w="6750"/>
        <w:gridCol w:w="3330"/>
      </w:tblGrid>
      <w:tr w:rsidR="00AF3410" w14:paraId="79D9E0C8" w14:textId="77777777">
        <w:trPr>
          <w:jc w:val="center"/>
        </w:trPr>
        <w:tc>
          <w:tcPr>
            <w:tcW w:w="6750" w:type="dxa"/>
            <w:shd w:val="clear" w:color="auto" w:fill="F7F2E7"/>
            <w:tcMar>
              <w:top w:w="140" w:type="dxa"/>
              <w:left w:w="160" w:type="dxa"/>
              <w:bottom w:w="130" w:type="dxa"/>
              <w:right w:w="160" w:type="dxa"/>
            </w:tcMar>
            <w:vAlign w:val="center"/>
          </w:tcPr>
          <w:p w14:paraId="6C296A42" w14:textId="77777777" w:rsidR="00AF3410" w:rsidRDefault="00000000">
            <w:pPr>
              <w:spacing w:after="100"/>
            </w:pPr>
            <w:r>
              <w:rPr>
                <w:b/>
                <w:color w:val="B28A2E"/>
                <w:sz w:val="24"/>
              </w:rPr>
              <w:t>MISTY BLUE SPONSOR</w:t>
            </w:r>
          </w:p>
          <w:p w14:paraId="0BDE4630" w14:textId="77777777" w:rsidR="00AF3410" w:rsidRDefault="00000000">
            <w:pPr>
              <w:pStyle w:val="ListBullet"/>
              <w:spacing w:after="40" w:line="240" w:lineRule="auto"/>
            </w:pPr>
            <w:r>
              <w:rPr>
                <w:sz w:val="18"/>
              </w:rPr>
              <w:t>Company-name acknowledgment on applicable sponsor advertising produced after confirmation</w:t>
            </w:r>
          </w:p>
          <w:p w14:paraId="69375B9A" w14:textId="77777777" w:rsidR="00AF3410" w:rsidRDefault="00000000">
            <w:pPr>
              <w:pStyle w:val="ListBullet"/>
              <w:spacing w:after="40" w:line="240" w:lineRule="auto"/>
            </w:pPr>
            <w:r>
              <w:rPr>
                <w:sz w:val="18"/>
              </w:rPr>
              <w:t>Quarter-page advertisement in the printed concert program</w:t>
            </w:r>
          </w:p>
          <w:p w14:paraId="0BC21DAE" w14:textId="77777777" w:rsidR="00AF3410" w:rsidRDefault="00000000">
            <w:pPr>
              <w:pStyle w:val="ListBullet"/>
              <w:spacing w:after="40" w:line="240" w:lineRule="auto"/>
            </w:pPr>
            <w:r>
              <w:rPr>
                <w:sz w:val="18"/>
              </w:rPr>
              <w:t>Company-name listing on the program sponsor page</w:t>
            </w:r>
          </w:p>
          <w:p w14:paraId="30F963EB" w14:textId="77777777" w:rsidR="00AF3410" w:rsidRDefault="00000000">
            <w:pPr>
              <w:pStyle w:val="ListBullet"/>
              <w:spacing w:after="40" w:line="240" w:lineRule="auto"/>
            </w:pPr>
            <w:r>
              <w:rPr>
                <w:sz w:val="18"/>
              </w:rPr>
              <w:t>Sponsor thank-you social media recognition</w:t>
            </w:r>
          </w:p>
        </w:tc>
        <w:tc>
          <w:tcPr>
            <w:tcW w:w="3330" w:type="dxa"/>
            <w:shd w:val="clear" w:color="auto" w:fill="B28A2E"/>
            <w:tcMar>
              <w:top w:w="140" w:type="dxa"/>
              <w:left w:w="160" w:type="dxa"/>
              <w:bottom w:w="130" w:type="dxa"/>
              <w:right w:w="160" w:type="dxa"/>
            </w:tcMar>
            <w:vAlign w:val="center"/>
          </w:tcPr>
          <w:p w14:paraId="6A7B01B0" w14:textId="77777777" w:rsidR="00AF3410" w:rsidRDefault="00000000">
            <w:pPr>
              <w:spacing w:after="60"/>
              <w:jc w:val="center"/>
            </w:pPr>
            <w:r>
              <w:rPr>
                <w:rFonts w:ascii="Aptos Display" w:hAnsi="Aptos Display"/>
                <w:b/>
                <w:color w:val="FFFFFF"/>
                <w:sz w:val="36"/>
              </w:rPr>
              <w:t>$1,000</w:t>
            </w:r>
          </w:p>
          <w:p w14:paraId="0BFCBC8B" w14:textId="77777777" w:rsidR="00AF3410" w:rsidRDefault="00000000">
            <w:pPr>
              <w:spacing w:after="0"/>
              <w:jc w:val="center"/>
            </w:pPr>
            <w:r>
              <w:rPr>
                <w:b/>
                <w:color w:val="FFFFFF"/>
                <w:sz w:val="20"/>
              </w:rPr>
              <w:t>12 reserved seats</w:t>
            </w:r>
          </w:p>
        </w:tc>
      </w:tr>
    </w:tbl>
    <w:p w14:paraId="36915304" w14:textId="77777777" w:rsidR="00AF3410" w:rsidRDefault="00AF3410">
      <w:pPr>
        <w:spacing w:after="40"/>
      </w:pPr>
    </w:p>
    <w:tbl>
      <w:tblPr>
        <w:tblW w:w="10080" w:type="dxa"/>
        <w:jc w:val="center"/>
        <w:tblLayout w:type="fixed"/>
        <w:tblLook w:val="04A0" w:firstRow="1" w:lastRow="0" w:firstColumn="1" w:lastColumn="0" w:noHBand="0" w:noVBand="1"/>
      </w:tblPr>
      <w:tblGrid>
        <w:gridCol w:w="6750"/>
        <w:gridCol w:w="3330"/>
      </w:tblGrid>
      <w:tr w:rsidR="00AF3410" w14:paraId="5F654CA1" w14:textId="77777777">
        <w:trPr>
          <w:jc w:val="center"/>
        </w:trPr>
        <w:tc>
          <w:tcPr>
            <w:tcW w:w="6750" w:type="dxa"/>
            <w:shd w:val="clear" w:color="auto" w:fill="F2F2F2"/>
            <w:tcMar>
              <w:top w:w="140" w:type="dxa"/>
              <w:left w:w="160" w:type="dxa"/>
              <w:bottom w:w="130" w:type="dxa"/>
              <w:right w:w="160" w:type="dxa"/>
            </w:tcMar>
            <w:vAlign w:val="center"/>
          </w:tcPr>
          <w:p w14:paraId="002A8BC3" w14:textId="77777777" w:rsidR="00AF3410" w:rsidRDefault="00000000">
            <w:pPr>
              <w:spacing w:after="100"/>
            </w:pPr>
            <w:r>
              <w:rPr>
                <w:b/>
                <w:color w:val="B28A2E"/>
                <w:sz w:val="24"/>
              </w:rPr>
              <w:t>ANNIVERSARY SPONSOR</w:t>
            </w:r>
          </w:p>
          <w:p w14:paraId="7B405A01" w14:textId="77777777" w:rsidR="00AF3410" w:rsidRDefault="00000000">
            <w:pPr>
              <w:pStyle w:val="ListBullet"/>
              <w:spacing w:after="40" w:line="240" w:lineRule="auto"/>
            </w:pPr>
            <w:r>
              <w:rPr>
                <w:sz w:val="18"/>
              </w:rPr>
              <w:t>Company-name acknowledgment in shared sponsor advertising produced after confirmation</w:t>
            </w:r>
          </w:p>
          <w:p w14:paraId="6EC9D1F9" w14:textId="77777777" w:rsidR="00AF3410" w:rsidRDefault="00000000">
            <w:pPr>
              <w:pStyle w:val="ListBullet"/>
              <w:spacing w:after="40" w:line="240" w:lineRule="auto"/>
            </w:pPr>
            <w:r>
              <w:rPr>
                <w:sz w:val="18"/>
              </w:rPr>
              <w:t>Company-name listing in the printed concert program</w:t>
            </w:r>
          </w:p>
          <w:p w14:paraId="4F891E30" w14:textId="77777777" w:rsidR="00AF3410" w:rsidRDefault="00000000">
            <w:pPr>
              <w:pStyle w:val="ListBullet"/>
              <w:spacing w:after="40" w:line="240" w:lineRule="auto"/>
            </w:pPr>
            <w:r>
              <w:rPr>
                <w:sz w:val="18"/>
              </w:rPr>
              <w:t>Company-name inclusion in a collective sponsor thank-you social media post</w:t>
            </w:r>
          </w:p>
        </w:tc>
        <w:tc>
          <w:tcPr>
            <w:tcW w:w="3330" w:type="dxa"/>
            <w:shd w:val="clear" w:color="auto" w:fill="B28A2E"/>
            <w:tcMar>
              <w:top w:w="140" w:type="dxa"/>
              <w:left w:w="160" w:type="dxa"/>
              <w:bottom w:w="130" w:type="dxa"/>
              <w:right w:w="160" w:type="dxa"/>
            </w:tcMar>
            <w:vAlign w:val="center"/>
          </w:tcPr>
          <w:p w14:paraId="5A580475" w14:textId="77777777" w:rsidR="00AF3410" w:rsidRDefault="00000000">
            <w:pPr>
              <w:spacing w:after="60"/>
              <w:jc w:val="center"/>
            </w:pPr>
            <w:r>
              <w:rPr>
                <w:rFonts w:ascii="Aptos Display" w:hAnsi="Aptos Display"/>
                <w:b/>
                <w:color w:val="FFFFFF"/>
                <w:sz w:val="36"/>
              </w:rPr>
              <w:t>$500</w:t>
            </w:r>
          </w:p>
          <w:p w14:paraId="7DAFE15B" w14:textId="77777777" w:rsidR="00AF3410" w:rsidRDefault="00000000">
            <w:pPr>
              <w:spacing w:after="0"/>
              <w:jc w:val="center"/>
            </w:pPr>
            <w:r>
              <w:rPr>
                <w:b/>
                <w:color w:val="FFFFFF"/>
                <w:sz w:val="20"/>
              </w:rPr>
              <w:t>6 reserved seats</w:t>
            </w:r>
          </w:p>
        </w:tc>
      </w:tr>
    </w:tbl>
    <w:p w14:paraId="4C399DF8" w14:textId="77777777" w:rsidR="00AF3410" w:rsidRDefault="00000000">
      <w:r>
        <w:br w:type="page"/>
      </w:r>
    </w:p>
    <w:p w14:paraId="596E18FF" w14:textId="77777777" w:rsidR="00AF3410" w:rsidRDefault="00000000">
      <w:pPr>
        <w:spacing w:after="40"/>
        <w:jc w:val="center"/>
      </w:pPr>
      <w:r>
        <w:rPr>
          <w:rFonts w:ascii="Aptos Display" w:hAnsi="Aptos Display"/>
          <w:b/>
          <w:color w:val="B28A2E"/>
          <w:sz w:val="42"/>
        </w:rPr>
        <w:t>SPONSOR COMMITMENT FORM</w:t>
      </w:r>
    </w:p>
    <w:p w14:paraId="6FC1C9AC" w14:textId="77777777" w:rsidR="00AF3410" w:rsidRDefault="00000000">
      <w:pPr>
        <w:spacing w:after="240"/>
        <w:jc w:val="center"/>
      </w:pPr>
      <w:r>
        <w:rPr>
          <w:b/>
          <w:sz w:val="22"/>
        </w:rPr>
        <w:t>Dorothy Moore: Diamond &amp; Gold Concert</w:t>
      </w:r>
    </w:p>
    <w:p w14:paraId="7862BFEB" w14:textId="77777777" w:rsidR="00AF3410" w:rsidRDefault="00000000">
      <w:pPr>
        <w:pStyle w:val="Heading1"/>
      </w:pPr>
      <w:r>
        <w:t>Select a Sponsorship Level</w:t>
      </w:r>
    </w:p>
    <w:p w14:paraId="7F69A50F" w14:textId="77777777" w:rsidR="00AF3410" w:rsidRDefault="00000000">
      <w:pPr>
        <w:spacing w:after="100"/>
      </w:pPr>
      <w:r>
        <w:rPr>
          <w:b/>
        </w:rPr>
        <w:t>☐  Diamond Presenting Sponsor — $5,000 / 50 seats</w:t>
      </w:r>
    </w:p>
    <w:p w14:paraId="12EE390C" w14:textId="77777777" w:rsidR="00AF3410" w:rsidRDefault="00000000">
      <w:pPr>
        <w:spacing w:after="100"/>
      </w:pPr>
      <w:r>
        <w:t>☐  Gold Sponsor — $2,500 / 25 seats</w:t>
      </w:r>
    </w:p>
    <w:p w14:paraId="580F39EE" w14:textId="77777777" w:rsidR="00AF3410" w:rsidRDefault="00000000">
      <w:pPr>
        <w:spacing w:after="100"/>
      </w:pPr>
      <w:r>
        <w:t>☐  Misty Blue Sponsor — $1,000 / 12 seats</w:t>
      </w:r>
    </w:p>
    <w:p w14:paraId="5B2E3E9E" w14:textId="77777777" w:rsidR="00AF3410" w:rsidRDefault="00000000">
      <w:pPr>
        <w:spacing w:after="100"/>
      </w:pPr>
      <w:r>
        <w:t>☐  Anniversary Sponsor — $500 / 6 seats</w:t>
      </w:r>
    </w:p>
    <w:p w14:paraId="18252777" w14:textId="77777777" w:rsidR="00AF3410" w:rsidRDefault="00000000">
      <w:pPr>
        <w:pStyle w:val="Heading1"/>
      </w:pPr>
      <w:r>
        <w:t>Sponsor Information</w:t>
      </w:r>
    </w:p>
    <w:p w14:paraId="6467C191" w14:textId="77777777" w:rsidR="00AF3410" w:rsidRDefault="00000000">
      <w:pPr>
        <w:spacing w:after="140"/>
      </w:pPr>
      <w:r>
        <w:rPr>
          <w:b/>
          <w:sz w:val="19"/>
        </w:rPr>
        <w:t xml:space="preserve">Company/Organization Name: </w:t>
      </w:r>
      <w:r>
        <w:rPr>
          <w:color w:val="777777"/>
          <w:sz w:val="19"/>
        </w:rPr>
        <w:t>________________________________________________________________</w:t>
      </w:r>
    </w:p>
    <w:p w14:paraId="7B79C07F" w14:textId="77777777" w:rsidR="00AF3410" w:rsidRDefault="00000000">
      <w:pPr>
        <w:spacing w:after="140"/>
      </w:pPr>
      <w:r>
        <w:rPr>
          <w:b/>
          <w:sz w:val="19"/>
        </w:rPr>
        <w:t xml:space="preserve">Contact Person and Title: </w:t>
      </w:r>
      <w:r>
        <w:rPr>
          <w:color w:val="777777"/>
          <w:sz w:val="19"/>
        </w:rPr>
        <w:t>________________________________________________________________</w:t>
      </w:r>
    </w:p>
    <w:p w14:paraId="08DACCC3" w14:textId="77777777" w:rsidR="00AF3410" w:rsidRDefault="00000000">
      <w:pPr>
        <w:spacing w:after="140"/>
      </w:pPr>
      <w:r>
        <w:rPr>
          <w:b/>
          <w:sz w:val="19"/>
        </w:rPr>
        <w:t xml:space="preserve">Mailing Address: </w:t>
      </w:r>
      <w:r>
        <w:rPr>
          <w:color w:val="777777"/>
          <w:sz w:val="19"/>
        </w:rPr>
        <w:t>________________________________________________________________</w:t>
      </w:r>
    </w:p>
    <w:p w14:paraId="4CEE1BCC" w14:textId="77777777" w:rsidR="00AF3410" w:rsidRDefault="00000000">
      <w:pPr>
        <w:spacing w:after="140"/>
      </w:pPr>
      <w:r>
        <w:rPr>
          <w:b/>
          <w:sz w:val="19"/>
        </w:rPr>
        <w:t xml:space="preserve">City, State and ZIP Code: </w:t>
      </w:r>
      <w:r>
        <w:rPr>
          <w:color w:val="777777"/>
          <w:sz w:val="19"/>
        </w:rPr>
        <w:t>________________________________________________________________</w:t>
      </w:r>
    </w:p>
    <w:p w14:paraId="65AD3B79" w14:textId="77777777" w:rsidR="00AF3410" w:rsidRDefault="00000000">
      <w:pPr>
        <w:spacing w:after="140"/>
      </w:pPr>
      <w:r>
        <w:rPr>
          <w:b/>
          <w:sz w:val="19"/>
        </w:rPr>
        <w:t xml:space="preserve">Telephone: </w:t>
      </w:r>
      <w:r>
        <w:rPr>
          <w:color w:val="777777"/>
          <w:sz w:val="19"/>
        </w:rPr>
        <w:t>________________________________________________________________</w:t>
      </w:r>
    </w:p>
    <w:p w14:paraId="41CF6D0B" w14:textId="77777777" w:rsidR="00AF3410" w:rsidRDefault="00000000">
      <w:pPr>
        <w:spacing w:after="140"/>
      </w:pPr>
      <w:r>
        <w:rPr>
          <w:b/>
          <w:sz w:val="19"/>
        </w:rPr>
        <w:t xml:space="preserve">Email: </w:t>
      </w:r>
      <w:r>
        <w:rPr>
          <w:color w:val="777777"/>
          <w:sz w:val="19"/>
        </w:rPr>
        <w:t>________________________________________________________________</w:t>
      </w:r>
    </w:p>
    <w:p w14:paraId="4D9721E7" w14:textId="77777777" w:rsidR="00AF3410" w:rsidRDefault="00000000">
      <w:pPr>
        <w:spacing w:after="140"/>
      </w:pPr>
      <w:r>
        <w:rPr>
          <w:b/>
          <w:sz w:val="19"/>
        </w:rPr>
        <w:t xml:space="preserve">Company Name as It Should Appear in Recognition: </w:t>
      </w:r>
      <w:r>
        <w:rPr>
          <w:color w:val="777777"/>
          <w:sz w:val="19"/>
        </w:rPr>
        <w:t>________________________________________________________________</w:t>
      </w:r>
    </w:p>
    <w:p w14:paraId="39FC6BC4" w14:textId="77777777" w:rsidR="00AF3410" w:rsidRDefault="00000000">
      <w:pPr>
        <w:pStyle w:val="Heading1"/>
      </w:pPr>
      <w:r>
        <w:t>Seat Use</w:t>
      </w:r>
    </w:p>
    <w:p w14:paraId="23BF17AB" w14:textId="77777777" w:rsidR="00AF3410" w:rsidRDefault="00000000">
      <w:r>
        <w:rPr>
          <w:sz w:val="20"/>
        </w:rPr>
        <w:t>☐ Company guests     ☐ Employees     ☐ Clients/customers     ☐ Donate some or all seats</w:t>
      </w:r>
    </w:p>
    <w:p w14:paraId="74FBD050" w14:textId="77777777" w:rsidR="00AF3410" w:rsidRDefault="00000000">
      <w:pPr>
        <w:spacing w:after="160"/>
      </w:pPr>
      <w:r>
        <w:rPr>
          <w:b/>
          <w:sz w:val="19"/>
        </w:rPr>
        <w:t xml:space="preserve">If donating seats, preferred community group (optional): </w:t>
      </w:r>
      <w:r>
        <w:rPr>
          <w:color w:val="777777"/>
          <w:sz w:val="19"/>
        </w:rPr>
        <w:t>________________________________</w:t>
      </w:r>
    </w:p>
    <w:p w14:paraId="7B737B0E" w14:textId="77777777" w:rsidR="00AF3410" w:rsidRDefault="00000000">
      <w:pPr>
        <w:pStyle w:val="Heading1"/>
      </w:pPr>
      <w:r>
        <w:t>Authorization</w:t>
      </w:r>
    </w:p>
    <w:p w14:paraId="1844BACE" w14:textId="77777777" w:rsidR="00AF3410" w:rsidRDefault="00000000">
      <w:pPr>
        <w:spacing w:after="200"/>
      </w:pPr>
      <w:r>
        <w:rPr>
          <w:sz w:val="19"/>
        </w:rPr>
        <w:t>By signing below, the sponsor authorizes JBM Entertainment Productions LLC to use the submitted company name and logo for the recognition associated with the selected sponsorship level.</w:t>
      </w:r>
    </w:p>
    <w:p w14:paraId="1FBF27E9" w14:textId="77777777" w:rsidR="00AF3410" w:rsidRDefault="00000000">
      <w:pPr>
        <w:spacing w:after="160"/>
      </w:pPr>
      <w:r>
        <w:rPr>
          <w:b/>
          <w:sz w:val="19"/>
        </w:rPr>
        <w:t xml:space="preserve">Authorized Signature: </w:t>
      </w:r>
      <w:r>
        <w:rPr>
          <w:color w:val="777777"/>
          <w:sz w:val="19"/>
        </w:rPr>
        <w:t>________________________________________________________</w:t>
      </w:r>
    </w:p>
    <w:p w14:paraId="036ADC88" w14:textId="77777777" w:rsidR="00AF3410" w:rsidRDefault="00000000">
      <w:pPr>
        <w:spacing w:after="160"/>
      </w:pPr>
      <w:r>
        <w:rPr>
          <w:b/>
          <w:sz w:val="19"/>
        </w:rPr>
        <w:t xml:space="preserve">Printed Name and Title: </w:t>
      </w:r>
      <w:r>
        <w:rPr>
          <w:color w:val="777777"/>
          <w:sz w:val="19"/>
        </w:rPr>
        <w:t>________________________________________________________</w:t>
      </w:r>
    </w:p>
    <w:p w14:paraId="359AFA70" w14:textId="77777777" w:rsidR="00AF3410" w:rsidRDefault="00000000">
      <w:pPr>
        <w:spacing w:after="160"/>
      </w:pPr>
      <w:r>
        <w:rPr>
          <w:b/>
          <w:sz w:val="19"/>
        </w:rPr>
        <w:t xml:space="preserve">Date: </w:t>
      </w:r>
      <w:r>
        <w:rPr>
          <w:color w:val="777777"/>
          <w:sz w:val="19"/>
        </w:rPr>
        <w:t>________________________________________________________</w:t>
      </w:r>
    </w:p>
    <w:tbl>
      <w:tblPr>
        <w:tblW w:w="10080" w:type="dxa"/>
        <w:jc w:val="center"/>
        <w:tblLook w:val="04A0" w:firstRow="1" w:lastRow="0" w:firstColumn="1" w:lastColumn="0" w:noHBand="0" w:noVBand="1"/>
      </w:tblPr>
      <w:tblGrid>
        <w:gridCol w:w="10080"/>
      </w:tblGrid>
      <w:tr w:rsidR="00AF3410" w14:paraId="44729B79" w14:textId="77777777">
        <w:trPr>
          <w:jc w:val="center"/>
        </w:trPr>
        <w:tc>
          <w:tcPr>
            <w:tcW w:w="10080" w:type="dxa"/>
            <w:shd w:val="clear" w:color="auto" w:fill="F7F2E7"/>
            <w:tcMar>
              <w:top w:w="120" w:type="dxa"/>
              <w:left w:w="160" w:type="dxa"/>
              <w:bottom w:w="120" w:type="dxa"/>
              <w:right w:w="160" w:type="dxa"/>
            </w:tcMar>
          </w:tcPr>
          <w:p w14:paraId="15867AE6" w14:textId="77777777" w:rsidR="00AF3410" w:rsidRDefault="00000000">
            <w:pPr>
              <w:spacing w:after="40"/>
              <w:jc w:val="center"/>
            </w:pPr>
            <w:r>
              <w:rPr>
                <w:b/>
                <w:color w:val="B28A2E"/>
                <w:sz w:val="19"/>
              </w:rPr>
              <w:t>RETURN COMPLETED FORM TO</w:t>
            </w:r>
          </w:p>
          <w:p w14:paraId="632585B8" w14:textId="77777777" w:rsidR="00AF3410" w:rsidRDefault="00000000">
            <w:pPr>
              <w:spacing w:after="20"/>
              <w:jc w:val="center"/>
            </w:pPr>
            <w:r>
              <w:rPr>
                <w:b/>
                <w:sz w:val="20"/>
              </w:rPr>
              <w:t>Carol Miles, Event Coordinator  |  JBM Entertainment Productions LLC</w:t>
            </w:r>
          </w:p>
          <w:p w14:paraId="3187DE94" w14:textId="77777777" w:rsidR="00AF3410" w:rsidRDefault="00000000">
            <w:pPr>
              <w:spacing w:after="0"/>
              <w:jc w:val="center"/>
            </w:pPr>
            <w:r>
              <w:rPr>
                <w:sz w:val="18"/>
              </w:rPr>
              <w:t>Payment instructions and artwork specifications will be provided upon confirmation.</w:t>
            </w:r>
          </w:p>
        </w:tc>
      </w:tr>
    </w:tbl>
    <w:p w14:paraId="7BC34446" w14:textId="77777777" w:rsidR="00AF3410" w:rsidRDefault="00000000">
      <w:pPr>
        <w:spacing w:before="140" w:after="0"/>
      </w:pPr>
      <w:r>
        <w:rPr>
          <w:i/>
          <w:color w:val="666666"/>
          <w:sz w:val="17"/>
        </w:rPr>
        <w:t>Important: Sponsorship benefits are subject to production deadlines and seat availability. No representation is made regarding tax deductibility. Sponsors should consult their tax advisers regarding the value and treatment of sponsorship benefits.</w:t>
      </w:r>
    </w:p>
    <w:sectPr w:rsidR="00AF3410" w:rsidSect="00034616">
      <w:headerReference w:type="default" r:id="rId8"/>
      <w:footerReference w:type="default" r:id="rId9"/>
      <w:pgSz w:w="12240" w:h="15840"/>
      <w:pgMar w:top="1008" w:right="1080" w:bottom="1008" w:left="1080" w:header="43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161AE" w14:textId="77777777" w:rsidR="00032311" w:rsidRDefault="00032311">
      <w:pPr>
        <w:spacing w:after="0" w:line="240" w:lineRule="auto"/>
      </w:pPr>
      <w:r>
        <w:separator/>
      </w:r>
    </w:p>
  </w:endnote>
  <w:endnote w:type="continuationSeparator" w:id="0">
    <w:p w14:paraId="6E18965F" w14:textId="77777777" w:rsidR="00032311" w:rsidRDefault="0003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1775B" w14:textId="77777777" w:rsidR="00AF3410" w:rsidRDefault="00000000">
    <w:pPr>
      <w:pStyle w:val="Footer"/>
      <w:jc w:val="center"/>
    </w:pPr>
    <w:r>
      <w:rPr>
        <w:color w:val="666666"/>
        <w:sz w:val="16"/>
      </w:rPr>
      <w:t xml:space="preserve">Dorothy Moore: Diamond &amp; </w:t>
    </w:r>
    <w:proofErr w:type="gramStart"/>
    <w:r>
      <w:rPr>
        <w:color w:val="666666"/>
        <w:sz w:val="16"/>
      </w:rPr>
      <w:t>Gold  •</w:t>
    </w:r>
    <w:proofErr w:type="gramEnd"/>
    <w:r>
      <w:rPr>
        <w:color w:val="666666"/>
        <w:sz w:val="16"/>
      </w:rPr>
      <w:t xml:space="preserve">  October 22, </w:t>
    </w:r>
    <w:proofErr w:type="gramStart"/>
    <w:r>
      <w:rPr>
        <w:color w:val="666666"/>
        <w:sz w:val="16"/>
      </w:rPr>
      <w:t>2026  •</w:t>
    </w:r>
    <w:proofErr w:type="gramEnd"/>
    <w:r>
      <w:rPr>
        <w:color w:val="666666"/>
        <w:sz w:val="16"/>
      </w:rPr>
      <w:t xml:space="preserve">  Robinson Center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93943" w14:textId="77777777" w:rsidR="00032311" w:rsidRDefault="00032311">
      <w:pPr>
        <w:spacing w:after="0" w:line="240" w:lineRule="auto"/>
      </w:pPr>
      <w:r>
        <w:separator/>
      </w:r>
    </w:p>
  </w:footnote>
  <w:footnote w:type="continuationSeparator" w:id="0">
    <w:p w14:paraId="725130AB" w14:textId="77777777" w:rsidR="00032311" w:rsidRDefault="00032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43F88" w14:textId="77777777" w:rsidR="00AF3410" w:rsidRDefault="00000000">
    <w:pPr>
      <w:pStyle w:val="Header"/>
      <w:pBdr>
        <w:bottom w:val="single" w:sz="6" w:space="2" w:color="B28A2E"/>
      </w:pBdr>
      <w:jc w:val="right"/>
    </w:pPr>
    <w:r>
      <w:rPr>
        <w:b/>
        <w:color w:val="B28A2E"/>
        <w:sz w:val="16"/>
      </w:rPr>
      <w:t>JBM ENTERTAINMENT PRODUCTIONS LLC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8793210">
    <w:abstractNumId w:val="8"/>
  </w:num>
  <w:num w:numId="2" w16cid:durableId="1366060911">
    <w:abstractNumId w:val="6"/>
  </w:num>
  <w:num w:numId="3" w16cid:durableId="614873102">
    <w:abstractNumId w:val="5"/>
  </w:num>
  <w:num w:numId="4" w16cid:durableId="1307586019">
    <w:abstractNumId w:val="4"/>
  </w:num>
  <w:num w:numId="5" w16cid:durableId="1605267165">
    <w:abstractNumId w:val="7"/>
  </w:num>
  <w:num w:numId="6" w16cid:durableId="494801040">
    <w:abstractNumId w:val="3"/>
  </w:num>
  <w:num w:numId="7" w16cid:durableId="2090035153">
    <w:abstractNumId w:val="2"/>
  </w:num>
  <w:num w:numId="8" w16cid:durableId="1336036255">
    <w:abstractNumId w:val="1"/>
  </w:num>
  <w:num w:numId="9" w16cid:durableId="1363559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2311"/>
    <w:rsid w:val="00034616"/>
    <w:rsid w:val="0006063C"/>
    <w:rsid w:val="00070EF7"/>
    <w:rsid w:val="0015074B"/>
    <w:rsid w:val="001766B6"/>
    <w:rsid w:val="0029639D"/>
    <w:rsid w:val="00326F90"/>
    <w:rsid w:val="004765AF"/>
    <w:rsid w:val="007F2437"/>
    <w:rsid w:val="00AA1D8D"/>
    <w:rsid w:val="00AF3410"/>
    <w:rsid w:val="00B47730"/>
    <w:rsid w:val="00B973CE"/>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4AF07F"/>
  <w14:defaultImageDpi w14:val="300"/>
  <w15:docId w15:val="{22AAAD6A-27DF-4BDF-93C4-17D761250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color w:val="171717"/>
      <w:sz w:val="21"/>
    </w:rPr>
  </w:style>
  <w:style w:type="paragraph" w:styleId="Heading1">
    <w:name w:val="heading 1"/>
    <w:basedOn w:val="Normal"/>
    <w:next w:val="Normal"/>
    <w:link w:val="Heading1Char"/>
    <w:uiPriority w:val="9"/>
    <w:qFormat/>
    <w:rsid w:val="00FC693F"/>
    <w:pPr>
      <w:keepNext/>
      <w:keepLines/>
      <w:spacing w:before="260"/>
      <w:outlineLvl w:val="0"/>
    </w:pPr>
    <w:rPr>
      <w:rFonts w:asciiTheme="majorHAnsi" w:eastAsiaTheme="majorEastAsia" w:hAnsiTheme="majorHAnsi" w:cstheme="majorBidi"/>
      <w:b/>
      <w:bCs/>
      <w:color w:val="B28A2E"/>
      <w:sz w:val="32"/>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b/>
      <w:bCs/>
      <w:color w:val="B28A2E"/>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737</Words>
  <Characters>4202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Dorothy Moore: Diamond &amp; Gold Concert Sponsorship Package</dc:title>
  <dc:subject>Corporate sponsorship opportunities</dc:subject>
  <dc:creator>JBM Entertainment Productions LLC</dc:creator>
  <cp:keywords/>
  <dc:description>generated by python-docx</dc:description>
  <cp:lastModifiedBy>Carol Miles</cp:lastModifiedBy>
  <cp:revision>2</cp:revision>
  <dcterms:created xsi:type="dcterms:W3CDTF">2026-09-03T23:11:00Z</dcterms:created>
  <dcterms:modified xsi:type="dcterms:W3CDTF">2026-09-03T23:11:00Z</dcterms:modified>
  <cp:category/>
</cp:coreProperties>
</file>